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4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162"/>
        <w:gridCol w:w="5162"/>
        <w:tblGridChange w:id="0">
          <w:tblGrid>
            <w:gridCol w:w="5162"/>
            <w:gridCol w:w="5162"/>
          </w:tblGrid>
        </w:tblGridChange>
      </w:tblGrid>
      <w:tr>
        <w:trPr>
          <w:cantSplit w:val="0"/>
          <w:tblHeader w:val="0"/>
        </w:trPr>
        <w:tc>
          <w:tcPr>
            <w:tcMar>
              <w:top w:w="140.0" w:type="dxa"/>
              <w:left w:w="120.0" w:type="dxa"/>
              <w:bottom w:w="14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a80c0"/>
                <w:sz w:val="20"/>
                <w:szCs w:val="20"/>
              </w:rPr>
              <w:drawing>
                <wp:inline distB="114300" distT="114300" distL="114300" distR="114300">
                  <wp:extent cx="3124200" cy="9652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965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20.0" w:type="dxa"/>
              <w:bottom w:w="14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0"/>
                <w:szCs w:val="3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30"/>
                <w:szCs w:val="30"/>
                <w:rtl w:val="0"/>
              </w:rPr>
              <w:t xml:space="preserve">BURS BAŞVURU FORMU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2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1"/>
        <w:gridCol w:w="2581"/>
        <w:gridCol w:w="2581"/>
        <w:gridCol w:w="2581"/>
        <w:tblGridChange w:id="0">
          <w:tblGrid>
            <w:gridCol w:w="2581"/>
            <w:gridCol w:w="2581"/>
            <w:gridCol w:w="2581"/>
            <w:gridCol w:w="2581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 ÖĞRENCİ BİLGİLERİ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Adı: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Soyadı: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T.C. Kimlik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Doğum Tarihi: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Telefon: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E-posta: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Doğum Yeri: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Üniversite Hangi Şehirde: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Kazandığı Ünv. ve Bölümü: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Ö.S.Y.M. Puanı (Okul Bp. Hariç):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Nerede Kalıyor?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   [  ] Yurt   [  ] Diğer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Başka Yerden Burs Alıyor mu?: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Burs Alınan Kurum ve Miktarı: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2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1"/>
        <w:gridCol w:w="2581"/>
        <w:gridCol w:w="2581"/>
        <w:gridCol w:w="2581"/>
        <w:tblGridChange w:id="0">
          <w:tblGrid>
            <w:gridCol w:w="2581"/>
            <w:gridCol w:w="2581"/>
            <w:gridCol w:w="2581"/>
            <w:gridCol w:w="2581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2. AİLE BİLGİLERİ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Anne Sağ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Baba Sağ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Anne Şehit mi?: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Baba Şehit mi?: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Anne / Baba Durumu: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Evli / Birlikte   [  ] Ayrı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Kardeş Sayısı: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İkametgâh Adresi: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Telefon Numarası (Öğrenci):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Aileye Ait Cep Telefonu: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32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1"/>
        <w:gridCol w:w="2581"/>
        <w:gridCol w:w="2581"/>
        <w:gridCol w:w="2581"/>
        <w:tblGridChange w:id="0">
          <w:tblGrid>
            <w:gridCol w:w="2581"/>
            <w:gridCol w:w="2581"/>
            <w:gridCol w:w="2581"/>
            <w:gridCol w:w="2581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3. GELİR DURUMU VE MÜLK BİLGİLERİ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Baba Geli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 Türü ve Miktarı: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SSK  ________ TL</w:t>
              <w:br w:type="textWrapping"/>
              <w:t xml:space="preserve">[  ] Bağkur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Emekli San.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Maaş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Çalışmıyor  </w:t>
              <w:br w:type="textWrapping"/>
              <w:t xml:space="preserve">[  ] Diğer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Anne Gelir Türü ve Miktarı: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SSK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Bağkur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Emekli San.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Maaş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 TL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[  ] Çalışmıyor  </w:t>
              <w:br w:type="textWrapping"/>
              <w:t xml:space="preserve">[  ] Diğer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Aileden Gelir Getiren Başka Kişi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Gelir Getiren Kişi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Aynı Evde İkamet Eden Gelir Getiren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Gelir Getiren Kişi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Ailenin Toplam Geliri: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__________________ TL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Oturulan Ev: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Kendimize Ait   [  ] Kira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Aileye Ait Otomobil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Araç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Aileye Ait Gayrimenkul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Gayrimenkul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Aileye Ait Arsa / Arazi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Arsa / Arazi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Aileye Ait Dükkan Vb.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Dükkan Vb.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Üniversitede Okuyan Kardeş Var Mı?: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[  ] Evet   [  ] Hayır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Kardeş / Ünv. Bilgisi: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62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0"/>
        <w:gridCol w:w="7740"/>
        <w:tblGridChange w:id="0">
          <w:tblGrid>
            <w:gridCol w:w="2580"/>
            <w:gridCol w:w="7740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4. BANKA HESAP BİLGİLERİ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Banka Hesap Sahibi Adı Soyadı: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f7fa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IBAN Numarası: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3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25"/>
        <w:tblGridChange w:id="0">
          <w:tblGrid>
            <w:gridCol w:w="10325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5. BEYAN VE İMZA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7"/>
                <w:szCs w:val="17"/>
                <w:rtl w:val="0"/>
              </w:rPr>
              <w:t xml:space="preserve">BEYAN VE TAAHHÜT: Yukarıda beyan ettiğim tüm bilgilerin doğru ve eksiksiz olduğunu, yanlış veya yanıltıcı bilgi vermem durumunda burs başvurumun iptal edilmesini ve ödenen burs miktarını iade etmeyi kabul ve taahhüt ederim.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324.0" w:type="dxa"/>
        <w:jc w:val="center"/>
        <w:tblLayout w:type="fixed"/>
        <w:tblLook w:val="0400"/>
      </w:tblPr>
      <w:tblGrid>
        <w:gridCol w:w="5162"/>
        <w:gridCol w:w="5162"/>
        <w:tblGridChange w:id="0">
          <w:tblGrid>
            <w:gridCol w:w="5162"/>
            <w:gridCol w:w="51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before="2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Başvuru Tarihi: .... / .... /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20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Başvuran Adı Soyadı / İmza:</w:t>
              <w:br w:type="textWrapping"/>
              <w:br w:type="textWrapping"/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720" w:top="720" w:left="792" w:right="7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H5Z6zYXKHStOhH++V+I9XrWc6g==">CgMxLjA4AHIhMU9IQzNrT0RpNllKV0lHUm13NzJTaGNmNDVYeTBvbm9x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